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עם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ותגובה מכבדת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השיחה הקבוצתית ואת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מיקרופון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להביע דעה עם נימוק ולהגיב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2-4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לדאוג שלכל אחד ואחת יהיה תור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לשאול ולענות במשפט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להגיב לדעה ולא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משחק של סידור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שלושה משחקים ועוד משחקים לעולים ולחנמ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בכללי התחנה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המשחק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(להביע דעה עם נימוק ולהגיב בכבוד לדעה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(לתרגל הקשבה פעילה ותגובה למה ששמענו)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(לסדר את שלבי הראיון ואת שלבי הבעת הדעה)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(לשאול ולענות במשפט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(לומר משפט קצר על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מראש שאלות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לברך את המרואיין/ת ולהסביר את מטרת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את השאלות ולהקשיב בתשומת לב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לזכור או לרשום את הדברים החשובים ששמעתי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ולהודות למרואיין/ת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דובר/ת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שומר/ת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חושב/ת שכן, כי כך כל תלמיד/ה יתרגל/תתרגל נושא שקשה לו/לה, למשל מי שמתקשה בחיבור יוכל לתרגל חיבור.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 עד הסוף בלי להפריע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שיש בו דעה ונימוק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להגיב לתוכן הדעה ולא לפגוע באדם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חפץ קטן כ'מיקרופון' בזמן התרגול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דוגמה אחת של דעה עם נימוק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ההתאמה כדאי לבדוק בעל פה שהתלמידים מבינים את מטרת כל 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הקשבה ודיבור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בתחנה הזאת לומדים להביע דעה בצורה מנומקת, להקשיב בתשומת לב ולדבר בכבוד גם כשיש חילוקי דעות.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חפץ משתמשים כדי לדעת מי מדבר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מיקרופון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משחק ויכוח קטן כבוד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 עם נימוק ולהגיב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משתתפים מתאימים למשחק גלגל האוזן הקשבת?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10-12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שומר/ת הזמן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לנגן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לדאוג שלכל אחד ואחת יהיה תור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להביא את המעטפה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מתרגלים במשחק מדברים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לשאול ולענות במשפט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לחשב במתמטיקה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לקטוע את מי שמדבר, צריך להקשיב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להגיב ישירות לאדם ולא לדעה שלו, למשל להגיד שהוא טועה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שלב אחר שלב מסדרים כרטיסים לפי סדר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הזאת יש רק משחק אחד ואין משחקים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הפעילות מחזירים את הקלפים והגלגל למעטפה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המשחק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ויכוח קטן, כבוד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לתרגל הקשבה פעילה ותגובה למה ששמענו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האוזן הקשבת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לסדר את שלבי הראיון ואת שלבי הבעת הדעה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אחר 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לומר משפט קצר על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מדברים 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להביע דעה עם נימוק ולהגיב בכבוד לדעה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גלגל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לשאול ולענות במשפט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בתשומת לב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מראש שאלות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לזכור או לרשום את הדברים החשובים ששמעתי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ולהודות למרואיין/ת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לברך את המרואיין/ת ולהסביר את מטרת הראיון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שמביעים דעה צריך לתת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הכללים כתוב שמדבר/ת __________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כשמקשיבים הקשבה פעילה מסתכלים על ה__________ ולא קוטעים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דואג/ת שלכל אחד ואחת יהיה תור לדבר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דעה קצרה עם נימוק ודוגמה על הנושא: האם כדאי שתלמידים יבחרו את שיעורי הבית שלהם?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כשמישהו אחר 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נימוק על נושא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להגיב לדעה לבין להגיב לאדם?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הקשבה ודיבור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