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מרכזון הקשבה ודיבור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הבעת דעה עם נימוק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הקשבה פעילה ותגובה מכבדת לדעה אחרת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כללי השיחה הקבוצתית ואת שלבי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מיקרופון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להביע דעה עם נימוק ולהגיב בכבוד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2-4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לדאוג שלכל אחד ואחת יהיה תור לדבר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לשאול ולענות במשפט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בכרטיס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להגיב לדעה ולא לאדם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משחק של סידור ברצף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שלושה משחקים ועוד משחקים לעולים ולחנמ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בכללי התחנה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המשחק למטרה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(להביע דעה עם נימוק ולהגיב בכבוד לדעה אחרת)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(לתרגל הקשבה פעילה ותגובה למה ששמענו)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(לסדר את שלבי הראיון ואת שלבי הבעת הדעה)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(לשאול ולענות במשפט קצר)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(לומר משפט קצר על רגש)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שלבי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להכין מראש שאלות לראיון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לברך את המרואיין/ת ולהסביר את מטרת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לשאול את השאלות ולהקשיב בתשומת לב לתשובות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לזכור או לרשום את הדברים החשובים ששמעתי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לסכם ולהודות למרואיין/ת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אחד/ת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דובר/ת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שומר/ת 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ודיבור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אני חושב/ת שכן, כי כך כל תלמיד/ה יתרגל/תתרגל נושא שקשה לו/לה, למשל מי שמתקשה בחיבור יוכל לתרגל חיבור.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הקשבה עד הסוף בלי להפריע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שיש בו דעה ונימוק 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להגיב לתוכן הדעה ולא לפגוע באדם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להעביר חפץ קטן כ'מיקרופון' בזמן התרגול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דוגמה אחת של דעה עם נימוק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בתרגיל ההתאמה כדאי לבדוק בעל פה שהתלמידים מבינים את מטרת כל משחק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מרכזון הקשבה ודיבור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בתחנה הזו לומדים לדבר ולהקשיב בצורה טובה. אומרים את הדעה שלנו ומכבדים דעה של אחרים.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למה אני חושב/ת כך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הקשבה פעילה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להקשיב בתשומת לב ולהגיב למה ששמעתי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שאני חושב/ת על נושא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שבה שואלים שאלות כדי ללמוד על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כבוד בשיחה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להגיב לדעה ולא לפגוע באדם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שומר/ת זמן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שדואג/ת שלכל אחד ואחת יהיה תור לדבר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מיקרופון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קטן שמסמן מי מדבר עכשיו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לסכם מחדש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לספר שוב במילים שלי מה ששמעתי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עוזר לדעת מי מדבר?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מיקרופון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גלגל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מיועד המשחק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לצייר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להביע דעה עם נימוק ולהגיב בכבוד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לשחק כדורסל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לשנן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ילדים משחקים ביחד במשחק השני?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2-4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10-12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עושה מי שאחראי/ת על הזמן?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לנגן מוזיקה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תשובות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לדאוג שלכל אחד ואחת יהיה תור לדבר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להביא את המעטפה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במשחק של העולים?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לשאול ולענות במשפט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לצבוע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לחשב במתמטיקה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לקטוע את מי שמדבר, צריך להקשיב עד הסוף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להגיב ישירות לאדם ולא לדעה שלו, למשל להגיד שהוא טועה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שלב אחר שלב מסדרים כרטיסים לפי סדר נכון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בתחנה הזאת יש רק משחק אחד ואין משחקים נוספים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הפעילות מחזירים את הקלפים והגלגל למעטפה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בין המשחק למטרה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ויכוח קטן, כבוד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לתרגל הקשבה פעילה ותגובה למה ששמענו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גלגל האוזן הקשבת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לסדר את שלבי הראיון ואת שלבי הבעת הדעה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שלב אחר שלב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להביע דעה עם נימוק ולהגיב בכבוד לדעה אחרת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מדברים עברית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לומר משפט קצר על רגש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גלגל הרגשות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לשאול ולענות במשפט קצר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את שלבי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לברך את המרואיין/ת ולהסביר את מטרת הראיון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לזכור או לרשום את הדברים החשובים ששמעתי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מראש שאלות לראיון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לסכם ולהודות למרואיין/ת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לשאול את השאלות ולהקשיב בתשומת לב לתשובות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שמביעים דעה צריך לתת __________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בכרטיס הכללים כתוב שמדבר/ת __________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כשמקשיבים הקשבה פעילה מסתכלים על ה__________ ולא קוטעים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דואג/ת שלכל אחד ואחת יהיה תור לדבר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ודיבור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דעה קצרה עם נימוק ודוגמה על הנושא: האם כדאי שתלמידים יבחרו את שיעורי הבית שלהם?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לעשות כשמישהו אחר מדבר?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עם נימוק על נושא שבחרתם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להגיב לדעה לבין להגיב לאדם?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מרכזון הקשבה ודיבור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