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הקשבה ודיבור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דעה עם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פעילה ותגובה מכבדת לדעה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השיחה הקבוצתית ואת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מיקרופון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2-4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בכרטיס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משחק של סידור ברצף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המשחק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(להביע דעה עם נימוק ולהגיב בכבוד לדעה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(לתרגל הקשבה פעילה ותגובה למה ששמענו)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(לשאול ולענות במשפט קצר)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להכין מראש שאלות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לברך את המרואיין/ת ולהסביר את מטרת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לסכם ולהודות למרואיין/ת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דובר/ת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חושב/ת שכן, כי כך כל תלמיד/ה יתרגל/תתרגל נושא שקשה לו/לה, למשל מי שמתקשה בחיבור יוכל לתרגל חיבור.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הקשבה עד הסוף בלי להפריע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שיש בו דעה ונימוק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להגיב לתוכן הדעה ולא לפגוע באדם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חפץ קטן כ'מיקרופון' בזמן התרגול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דוגמה אחת של דעה עם נימוק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ההתאמה כדאי לבדוק בעל פה שהתלמידים מבינים את מטרת כל 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הקשבה ודיבור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בתחנה הזאת לומדים להביע דעה בצורה מנומקת, להקשיב בתשומת לב ולדבר בכבוד גם כשיש חילוקי דעות.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נימוק  ·  דובר/ת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חפץ משתמשים כדי לדעת מי מדבר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מיקרופון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כרטיס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משתתפים מתאימים למשחק גלגל האוזן הקשבת?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10-12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לקטוע את מי שמדבר, צריך להקשיב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שלב אחר שלב מסדרים כרטיסים לפי סדר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המשחק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ויכוח קטן, כבוד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לשאול ולענות במשפט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גלגל האוזן הקשבת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להביע דעה עם נימוק ולהגיב בכבוד לדעה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מדברים עברית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לתרגל הקשבה פעילה ותגובה למה ששמענו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לסכם ולהודות למרואיין/ת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מראש שאלות לראיון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לברך את המרואיין/ת ולהסביר את מטרת הראיון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שמביעים דעה צריך לתת __________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כשמקשיבים הקשבה פעילה מסתכלים על ה__________ ולא קוטעים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דעה קצרה עם נימוק ודוגמה על הנושא: האם כדאי שתלמידים יבחרו את שיעורי הבית שלהם?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לעשות כשמישהו אחר מדבר?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עם נימוק על נושא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מרכזון הקשבה ודיבור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